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sz w:val="20"/>
              </w:rPr>
              <w:t>[Dein Name / Firmenname]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[Strasse und Nr.]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[PLZ Ort]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[Telefon]  ·  [E-Mail]</w:t>
            </w:r>
          </w:p>
        </w:tc>
        <w:tc>
          <w:tcPr>
            <w:tcW w:type="dxa" w:w="4535"/>
          </w:tcPr>
          <w:p>
            <w:pPr>
              <w:spacing w:after="0"/>
            </w:pPr>
            <w:r/>
            <w:r>
              <w:rPr>
                <w:b w:val="0"/>
                <w:sz w:val="20"/>
              </w:rPr>
            </w:r>
          </w:p>
          <w:p>
            <w:pPr>
              <w:spacing w:after="0"/>
            </w:pPr>
            <w:r>
              <w:rPr>
                <w:b w:val="0"/>
                <w:sz w:val="20"/>
              </w:rPr>
            </w:r>
          </w:p>
          <w:p>
            <w:pPr>
              <w:spacing w:after="0"/>
            </w:pPr>
            <w:r>
              <w:rPr>
                <w:b/>
                <w:sz w:val="20"/>
              </w:rPr>
              <w:t>[Firma des Kunden]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[Vorname Nachname]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[Strasse und Nr.]</w:t>
            </w:r>
          </w:p>
          <w:p>
            <w:pPr>
              <w:spacing w:after="0"/>
            </w:pPr>
            <w:r>
              <w:rPr>
                <w:b w:val="0"/>
                <w:sz w:val="20"/>
              </w:rPr>
              <w:t>[PLZ Ort]</w:t>
            </w:r>
          </w:p>
        </w:tc>
      </w:tr>
    </w:tbl>
    <w:p>
      <w:pPr>
        <w:spacing w:after="40"/>
      </w:pPr>
    </w:p>
    <w:p>
      <w:pPr>
        <w:spacing w:after="200"/>
        <w:jc w:val="right"/>
      </w:pPr>
      <w:r>
        <w:rPr>
          <w:b w:val="0"/>
          <w:i w:val="0"/>
          <w:sz w:val="20"/>
        </w:rPr>
        <w:t>[Ort], [TT.MM.JJJJ]</w:t>
      </w:r>
    </w:p>
    <w:p>
      <w:pPr>
        <w:spacing w:after="120"/>
      </w:pPr>
      <w:r>
        <w:rPr>
          <w:b/>
          <w:i w:val="0"/>
          <w:color w:val="1F3A5F"/>
          <w:sz w:val="26"/>
        </w:rPr>
        <w:t>Zahlungserinnerung – Rechnung Nr. [JJJJ-XXX]</w:t>
      </w:r>
    </w:p>
    <w:p>
      <w:pPr>
        <w:spacing w:after="160"/>
      </w:pPr>
      <w:r>
        <w:rPr>
          <w:b w:val="0"/>
          <w:i w:val="0"/>
          <w:sz w:val="20"/>
        </w:rPr>
        <w:t>Guten Tag [Vorname Nachname]</w:t>
      </w:r>
    </w:p>
    <w:p>
      <w:pPr>
        <w:spacing w:after="120"/>
      </w:pPr>
      <w:r>
        <w:rPr>
          <w:b w:val="0"/>
          <w:i w:val="0"/>
          <w:sz w:val="20"/>
        </w:rPr>
        <w:t>Beim Abgleich meiner offenen Posten habe ich festgestellt, dass die untenstehende Rechnung noch nicht beglichen wurde. Wahrscheinlich ist sie im Alltag einfach untergegangen – das passiert den Besten.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835"/>
      </w:tblGrid>
      <w:tr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Rechnung Nr.</w:t>
            </w:r>
          </w:p>
        </w:tc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Rechnungsdatum</w:t>
            </w:r>
          </w:p>
        </w:tc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Fällig am</w:t>
            </w:r>
          </w:p>
        </w:tc>
        <w:tc>
          <w:tcPr>
            <w:tcW w:type="dxa" w:w="2835"/>
            <w:shd w:val="clear" w:color="auto" w:fill="1F3A5F"/>
          </w:tcPr>
          <w:p>
            <w:pPr>
              <w:spacing w:after="20"/>
              <w:jc w:val="right"/>
            </w:pPr>
            <w:r/>
            <w:r>
              <w:rPr>
                <w:b/>
                <w:color w:val="FFFFFF"/>
                <w:sz w:val="20"/>
              </w:rPr>
              <w:t>Offener Betrag</w:t>
            </w:r>
          </w:p>
        </w:tc>
      </w:tr>
      <w:tr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[JJJJ-XXX]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[TT.MM.JJJJ]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[TT.MM.JJJJ]</w:t>
            </w:r>
          </w:p>
        </w:tc>
        <w:tc>
          <w:tcPr>
            <w:tcW w:type="dxa" w:w="2835"/>
          </w:tcPr>
          <w:p>
            <w:pPr>
              <w:spacing w:after="20"/>
              <w:jc w:val="right"/>
            </w:pPr>
            <w:r/>
            <w:r>
              <w:rPr>
                <w:b w:val="0"/>
                <w:sz w:val="20"/>
              </w:rPr>
              <w:t>CHF [1'250.00]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 w:val="0"/>
          <w:sz w:val="20"/>
        </w:rPr>
        <w:t>Ich bitte Sie, den offenen Betrag bis zum [TT.MM.JJJJ – z. B. in 10 Tagen] auf das unten angegebene Konto zu überweisen. Es fallen keine Mahngebühren oder Verzugszinsen an.</w:t>
      </w:r>
    </w:p>
    <w:p>
      <w:pPr>
        <w:spacing w:after="120"/>
      </w:pPr>
      <w:r>
        <w:rPr>
          <w:b w:val="0"/>
          <w:i w:val="0"/>
          <w:sz w:val="20"/>
        </w:rPr>
        <w:t>Falls sich diese Erinnerung mit Ihrer Zahlung gekreuzt hat, betrachten Sie sie bitte als gegenstandslos. Bei Fragen zur Rechnung erreichen Sie mich jederzeit unter [Telefon / E-Mail].</w:t>
      </w:r>
    </w:p>
    <w:p>
      <w:pPr>
        <w:spacing w:after="120"/>
      </w:pPr>
      <w:r>
        <w:rPr>
          <w:b w:val="0"/>
          <w:i w:val="0"/>
          <w:sz w:val="20"/>
        </w:rPr>
        <w:t>Herzlichen Dank und freundliche Grüsse</w:t>
      </w:r>
    </w:p>
    <w:p>
      <w:pPr>
        <w:spacing w:after="160"/>
      </w:pPr>
    </w:p>
    <w:p>
      <w:pPr>
        <w:spacing w:after="200"/>
      </w:pPr>
      <w:r>
        <w:rPr>
          <w:b w:val="0"/>
          <w:i w:val="0"/>
          <w:sz w:val="20"/>
        </w:rPr>
        <w:t>[Dein Name]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654"/>
      </w:tblGrid>
      <w:tr>
        <w:tc>
          <w:tcPr>
            <w:tcW w:type="dxa" w:w="1984"/>
          </w:tcPr>
          <w:p>
            <w:pPr>
              <w:spacing w:after="20"/>
            </w:pPr>
            <w:r/>
            <w:r>
              <w:rPr>
                <w:b/>
                <w:sz w:val="20"/>
              </w:rPr>
              <w:t>Zahlung an:</w:t>
            </w:r>
          </w:p>
        </w:tc>
        <w:tc>
          <w:tcPr>
            <w:tcW w:type="dxa" w:w="7654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[Dein Name / Firmenname]</w:t>
            </w:r>
          </w:p>
        </w:tc>
      </w:tr>
      <w:tr>
        <w:tc>
          <w:tcPr>
            <w:tcW w:type="dxa" w:w="1984"/>
          </w:tcPr>
          <w:p>
            <w:pPr>
              <w:spacing w:after="20"/>
            </w:pPr>
            <w:r/>
            <w:r>
              <w:rPr>
                <w:b/>
                <w:sz w:val="20"/>
              </w:rPr>
              <w:t>IBAN:</w:t>
            </w:r>
          </w:p>
        </w:tc>
        <w:tc>
          <w:tcPr>
            <w:tcW w:type="dxa" w:w="7654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[CHXX XXXX XXXX XXXX XXXX X]</w:t>
            </w:r>
          </w:p>
        </w:tc>
      </w:tr>
      <w:tr>
        <w:tc>
          <w:tcPr>
            <w:tcW w:type="dxa" w:w="1984"/>
          </w:tcPr>
          <w:p>
            <w:pPr>
              <w:spacing w:after="20"/>
            </w:pPr>
            <w:r/>
            <w:r>
              <w:rPr>
                <w:b/>
                <w:sz w:val="20"/>
              </w:rPr>
              <w:t>Bank:</w:t>
            </w:r>
          </w:p>
        </w:tc>
        <w:tc>
          <w:tcPr>
            <w:tcW w:type="dxa" w:w="7654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[Name der Bank, Ort]</w:t>
            </w:r>
          </w:p>
        </w:tc>
      </w:tr>
      <w:tr>
        <w:tc>
          <w:tcPr>
            <w:tcW w:type="dxa" w:w="1984"/>
          </w:tcPr>
          <w:p>
            <w:pPr>
              <w:spacing w:after="20"/>
            </w:pPr>
            <w:r/>
            <w:r>
              <w:rPr>
                <w:b/>
                <w:sz w:val="20"/>
              </w:rPr>
              <w:t>Zahlungszweck:</w:t>
            </w:r>
          </w:p>
        </w:tc>
        <w:tc>
          <w:tcPr>
            <w:tcW w:type="dxa" w:w="7654"/>
          </w:tcPr>
          <w:p>
            <w:pPr>
              <w:spacing w:after="20"/>
            </w:pPr>
            <w:r/>
            <w:r>
              <w:rPr>
                <w:b w:val="0"/>
                <w:sz w:val="20"/>
              </w:rPr>
              <w:t>Rechnung Nr. [JJJJ-XXX]</w:t>
            </w:r>
          </w:p>
        </w:tc>
      </w:tr>
    </w:tbl>
    <w:p>
      <w:pPr>
        <w:spacing w:after="40"/>
      </w:pPr>
    </w:p>
    <w:p>
      <w:r>
        <w:rPr>
          <w:b w:val="0"/>
          <w:i/>
          <w:color w:val="6B6B6B"/>
          <w:sz w:val="18"/>
        </w:rPr>
        <w:t>Tipp: Eine Kopie der Originalrechnung (oder den QR-Zahlteil) beilegen, damit der Kunde direkt bezahlen kann. Bleibt die Zahlung aus, folgt nach 10 Tagen die 1. Mahnung – Vorlage auf magicheidi.ch/mahnung-vorlage-schweiz.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6B6B"/>
        <w:sz w:val="16"/>
      </w:rPr>
      <w:t>Vorlage erstellt mit Magic Heidi  ·  magicheidi.ch  ·  Schweizer Rechnungen in 60 Sekunden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 Vorlage Schweiz</dc:title>
  <dc:subject>Freundliche Zahlungserinnerung (vor der 1. Mahnung) für Schweizer Freelancer und KMU</dc:subject>
  <dc:creator>Magic Heidi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