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2"/>
        <w:gridCol w:w="4535"/>
      </w:tblGrid>
      <w:tr>
        <w:tc>
          <w:tcPr>
            <w:tcW w:type="dxa" w:w="5102"/>
          </w:tcPr>
          <w:p>
            <w:pPr>
              <w:spacing w:after="0"/>
            </w:pPr>
            <w:r/>
            <w:r>
              <w:rPr>
                <w:b/>
                <w:sz w:val="20"/>
              </w:rPr>
              <w:t>[Dein Firmenname]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[Strasse und Nr.]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[PLZ Ort]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[Telefon]  ·  [E-Mail]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[UID-Nr., z. B. CHE-123.456.789 – optional]</w:t>
            </w:r>
          </w:p>
        </w:tc>
        <w:tc>
          <w:tcPr>
            <w:tcW w:type="dxa" w:w="4535"/>
          </w:tcPr>
          <w:p>
            <w:pPr>
              <w:spacing w:after="0"/>
            </w:pPr>
            <w:r/>
            <w:r>
              <w:rPr>
                <w:b/>
                <w:sz w:val="20"/>
              </w:rPr>
              <w:t>Lieferadresse / Empfänger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[Firma des Kunden]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[Kontaktperson]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[Strasse und Nr.]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[PLZ Ort]</w:t>
            </w:r>
          </w:p>
        </w:tc>
      </w:tr>
    </w:tbl>
    <w:p>
      <w:pPr>
        <w:spacing w:after="40"/>
      </w:pPr>
    </w:p>
    <w:p>
      <w:pPr>
        <w:spacing w:after="40"/>
        <w:jc w:val="right"/>
      </w:pPr>
      <w:r>
        <w:rPr>
          <w:b w:val="0"/>
          <w:i w:val="0"/>
          <w:sz w:val="20"/>
        </w:rPr>
        <w:t>[Ort], [TT.MM.JJJJ]</w:t>
      </w:r>
    </w:p>
    <w:p>
      <w:pPr>
        <w:spacing w:after="120"/>
      </w:pPr>
      <w:r>
        <w:rPr>
          <w:b/>
          <w:i w:val="0"/>
          <w:color w:val="1F3A5F"/>
          <w:sz w:val="30"/>
        </w:rPr>
        <w:t>Lieferschein Nr. [LS-JJJJ-XXX]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84"/>
        <w:gridCol w:w="7654"/>
      </w:tblGrid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Lieferdatum: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[TT.MM.JJJJ]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Bezug: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[Auftrag / Offerte / Bestellung Nr. XXX vom TT.MM.JJJJ]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Kunden-Nr.: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[optional]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Lieferart: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[Post / Kurier / Abholung / eigene Zustellung]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 w:val="0"/>
          <w:i w:val="0"/>
          <w:sz w:val="20"/>
        </w:rPr>
        <w:t>Wir liefern Ihnen gemäss Ihrem Auftrag folgende Ware: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4"/>
        <w:gridCol w:w="907"/>
        <w:gridCol w:w="907"/>
        <w:gridCol w:w="1361"/>
        <w:gridCol w:w="4252"/>
        <w:gridCol w:w="1587"/>
      </w:tblGrid>
      <w:tr>
        <w:tc>
          <w:tcPr>
            <w:tcW w:type="dxa" w:w="624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Pos.</w:t>
            </w:r>
          </w:p>
        </w:tc>
        <w:tc>
          <w:tcPr>
            <w:tcW w:type="dxa" w:w="907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907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Einheit</w:t>
            </w:r>
          </w:p>
        </w:tc>
        <w:tc>
          <w:tcPr>
            <w:tcW w:type="dxa" w:w="1361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Artikel-Nr.</w:t>
            </w:r>
          </w:p>
        </w:tc>
        <w:tc>
          <w:tcPr>
            <w:tcW w:type="dxa" w:w="4252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Artikel / Beschreibung</w:t>
            </w:r>
          </w:p>
        </w:tc>
        <w:tc>
          <w:tcPr>
            <w:tcW w:type="dxa" w:w="1587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Preis CHF (optional)</w:t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1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[Menge]</w:t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[Stk.]</w:t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[Artikel-Nr.]</w:t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[Artikelbezeichnung / Beschreibung]</w:t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[optional]</w:t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2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3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4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5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6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7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62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8</w:t>
            </w:r>
          </w:p>
        </w:tc>
        <w:tc>
          <w:tcPr>
            <w:tcW w:type="dxa" w:w="90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90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3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252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58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</w:p>
    <w:p>
      <w:r>
        <w:rPr>
          <w:b w:val="0"/>
          <w:i/>
          <w:color w:val="6B6B6B"/>
          <w:sz w:val="18"/>
        </w:rPr>
        <w:t>Hinweis: Der Lieferschein dokumentiert nur die Lieferung. Die Rechnung mit Preisen, MWST und Zahlungsangaben folgt separat. Die Preisspalte kannst du leer lassen oder löschen.</w:t>
      </w:r>
    </w:p>
    <w:p>
      <w:pPr>
        <w:spacing w:after="60" w:before="160"/>
      </w:pPr>
      <w:r>
        <w:rPr>
          <w:b/>
          <w:i w:val="0"/>
          <w:color w:val="1F3A5F"/>
          <w:sz w:val="24"/>
        </w:rPr>
        <w:t>Bemerkungen</w:t>
      </w:r>
    </w:p>
    <w:p>
      <w:r>
        <w:rPr>
          <w:b w:val="0"/>
          <w:i w:val="0"/>
          <w:color w:val="6B6B6B"/>
          <w:sz w:val="20"/>
        </w:rPr>
        <w:t>[z. B. Teillieferung – Rest folgt am TT.MM.JJJJ / Ware bitte bei Anlieferung auf Transportschäden prüfen]</w:t>
      </w:r>
    </w:p>
    <w:p>
      <w:pPr>
        <w:spacing w:after="60" w:before="160"/>
      </w:pPr>
      <w:r>
        <w:rPr>
          <w:b/>
          <w:i w:val="0"/>
          <w:color w:val="1F3A5F"/>
          <w:sz w:val="24"/>
        </w:rPr>
        <w:t>Empfangsbestätigung</w:t>
      </w:r>
    </w:p>
    <w:p>
      <w:pPr>
        <w:spacing w:after="200"/>
      </w:pPr>
      <w:r>
        <w:rPr>
          <w:b w:val="0"/>
          <w:i w:val="0"/>
          <w:sz w:val="20"/>
        </w:rPr>
        <w:t>Die oben aufgeführte Ware wurde vollständig und in einwandfreiem Zustand entgegengenommen.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Ort, Datum:</w:t>
            </w:r>
          </w:p>
        </w:tc>
        <w:tc>
          <w:tcPr>
            <w:tcW w:type="dxa" w:w="680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283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Name (in Blockschrift):</w:t>
            </w:r>
          </w:p>
        </w:tc>
        <w:tc>
          <w:tcPr>
            <w:tcW w:type="dxa" w:w="680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283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Unterschrift Empfänger:</w:t>
            </w:r>
          </w:p>
        </w:tc>
        <w:tc>
          <w:tcPr>
            <w:tcW w:type="dxa" w:w="680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2835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Übergeben durch:</w:t>
            </w:r>
          </w:p>
        </w:tc>
        <w:tc>
          <w:tcPr>
            <w:tcW w:type="dxa" w:w="6803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6B6B"/>
        <w:sz w:val="16"/>
      </w:rPr>
      <w:t>Vorlage erstellt mit Magic Heidi  ·  magicheidi.ch  ·  Schweizer Rechnungen in 60 Sekunden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Lieferschein Vorlage Schweiz</dc:title>
  <dc:subject>Schweizer Lieferschein-Vorlage zum Ausfüllen (ohne Preise, Preisspalte optional)</dc:subject>
  <dc:creator>Magic Heidi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