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02"/>
        <w:gridCol w:w="4535"/>
      </w:tblGrid>
      <w:tr>
        <w:tc>
          <w:tcPr>
            <w:tcW w:type="dxa" w:w="5102"/>
          </w:tcPr>
          <w:p>
            <w:pPr>
              <w:spacing w:after="0"/>
            </w:pPr>
            <w:r/>
            <w:r>
              <w:rPr>
                <w:b/>
                <w:sz w:val="20"/>
              </w:rPr>
              <w:t>[Dein Firmenname]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[Strasse und Nr.]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[PLZ Ort]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[Telefon]  ·  [E-Mail]</w:t>
            </w:r>
          </w:p>
        </w:tc>
        <w:tc>
          <w:tcPr>
            <w:tcW w:type="dxa" w:w="4535"/>
          </w:tcPr>
          <w:p>
            <w:pPr>
              <w:spacing w:after="0"/>
            </w:pPr>
            <w:r/>
            <w:r>
              <w:rPr>
                <w:b/>
                <w:sz w:val="20"/>
              </w:rPr>
              <w:t>Arbeitsrapport Nr. [AR-JJJJ-XXX]</w:t>
            </w:r>
          </w:p>
          <w:p>
            <w:pPr>
              <w:spacing w:after="0"/>
            </w:pPr>
            <w:r>
              <w:rPr>
                <w:b w:val="0"/>
                <w:sz w:val="20"/>
              </w:rPr>
              <w:t>Datum: [TT.MM.JJJJ]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b/>
          <w:i w:val="0"/>
          <w:color w:val="1F3A5F"/>
          <w:sz w:val="30"/>
        </w:rPr>
        <w:t>Arbeitsrapport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84"/>
        <w:gridCol w:w="7654"/>
      </w:tblGrid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Kunde: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[Firma / Name, Adresse]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Einsatzort: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[Adresse / Gebäude / Raum]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Auftrag / Bezug: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[Offerte / Auftrag Nr. XXX]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Mitarbeiter/in: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[Name]</w:t>
            </w:r>
          </w:p>
        </w:tc>
      </w:tr>
    </w:tbl>
    <w:p>
      <w:pPr>
        <w:spacing w:after="40"/>
      </w:pPr>
    </w:p>
    <w:p>
      <w:pPr>
        <w:spacing w:after="60" w:before="160"/>
      </w:pPr>
      <w:r>
        <w:rPr>
          <w:b/>
          <w:i w:val="0"/>
          <w:color w:val="1F3A5F"/>
          <w:sz w:val="24"/>
        </w:rPr>
        <w:t>Arbeitszeit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1247"/>
        <w:gridCol w:w="1474"/>
        <w:gridCol w:w="1474"/>
        <w:gridCol w:w="1928"/>
        <w:gridCol w:w="2268"/>
      </w:tblGrid>
      <w:tr>
        <w:tc>
          <w:tcPr>
            <w:tcW w:type="dxa" w:w="1247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Von</w:t>
            </w:r>
          </w:p>
        </w:tc>
        <w:tc>
          <w:tcPr>
            <w:tcW w:type="dxa" w:w="1247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Bis</w:t>
            </w:r>
          </w:p>
        </w:tc>
        <w:tc>
          <w:tcPr>
            <w:tcW w:type="dxa" w:w="1474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Pause (Std.)</w:t>
            </w:r>
          </w:p>
        </w:tc>
        <w:tc>
          <w:tcPr>
            <w:tcW w:type="dxa" w:w="1474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Stunden</w:t>
            </w:r>
          </w:p>
        </w:tc>
        <w:tc>
          <w:tcPr>
            <w:tcW w:type="dxa" w:w="1928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Stundensatz CHF</w:t>
            </w:r>
          </w:p>
        </w:tc>
        <w:tc>
          <w:tcPr>
            <w:tcW w:type="dxa" w:w="2268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Total CHF</w:t>
            </w:r>
          </w:p>
        </w:tc>
      </w:tr>
      <w:tr>
        <w:trPr>
          <w:trHeight w:val="397"/>
        </w:trPr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[08:00]</w:t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[12:00]</w:t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[0.25]</w:t>
            </w:r>
          </w:p>
        </w:tc>
        <w:tc>
          <w:tcPr>
            <w:tcW w:type="dxa" w:w="147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[3.75]</w:t>
            </w:r>
          </w:p>
        </w:tc>
        <w:tc>
          <w:tcPr>
            <w:tcW w:type="dxa" w:w="192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[120.00]</w:t>
            </w:r>
          </w:p>
        </w:tc>
        <w:tc>
          <w:tcPr>
            <w:tcW w:type="dxa" w:w="226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[450.00]</w:t>
            </w:r>
          </w:p>
        </w:tc>
      </w:tr>
      <w:tr>
        <w:trPr>
          <w:trHeight w:val="397"/>
        </w:trPr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92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247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7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92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</w:p>
    <w:p>
      <w:pPr>
        <w:spacing w:after="60" w:before="160"/>
      </w:pPr>
      <w:r>
        <w:rPr>
          <w:b/>
          <w:i w:val="0"/>
          <w:color w:val="1F3A5F"/>
          <w:sz w:val="24"/>
        </w:rPr>
        <w:t>Ausgeführte Arbeiten</w:t>
      </w:r>
    </w:p>
    <w:p>
      <w:pPr>
        <w:spacing w:after="40"/>
      </w:pPr>
      <w:r>
        <w:rPr>
          <w:b w:val="0"/>
          <w:i w:val="0"/>
          <w:color w:val="6B6B6B"/>
          <w:sz w:val="20"/>
        </w:rPr>
        <w:t>________________________________________________________________________________</w:t>
      </w:r>
    </w:p>
    <w:p>
      <w:pPr>
        <w:spacing w:after="40"/>
      </w:pPr>
      <w:r>
        <w:rPr>
          <w:b w:val="0"/>
          <w:i w:val="0"/>
          <w:color w:val="6B6B6B"/>
          <w:sz w:val="20"/>
        </w:rPr>
        <w:t>________________________________________________________________________________</w:t>
      </w:r>
    </w:p>
    <w:p>
      <w:pPr>
        <w:spacing w:after="40"/>
      </w:pPr>
      <w:r>
        <w:rPr>
          <w:b w:val="0"/>
          <w:i w:val="0"/>
          <w:color w:val="6B6B6B"/>
          <w:sz w:val="20"/>
        </w:rPr>
        <w:t>________________________________________________________________________________</w:t>
      </w:r>
    </w:p>
    <w:p>
      <w:pPr>
        <w:spacing w:after="60" w:before="160"/>
      </w:pPr>
      <w:r>
        <w:rPr>
          <w:b/>
          <w:i w:val="0"/>
          <w:color w:val="1F3A5F"/>
          <w:sz w:val="24"/>
        </w:rPr>
        <w:t>Material / Zusatzpositionen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"/>
        <w:gridCol w:w="1134"/>
        <w:gridCol w:w="4649"/>
        <w:gridCol w:w="1417"/>
        <w:gridCol w:w="1417"/>
      </w:tblGrid>
      <w:tr>
        <w:tc>
          <w:tcPr>
            <w:tcW w:type="dxa" w:w="102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1134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Einheit</w:t>
            </w:r>
          </w:p>
        </w:tc>
        <w:tc>
          <w:tcPr>
            <w:tcW w:type="dxa" w:w="4649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Bezeichnung</w:t>
            </w:r>
          </w:p>
        </w:tc>
        <w:tc>
          <w:tcPr>
            <w:tcW w:type="dxa" w:w="1417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Preis CHF</w:t>
            </w:r>
          </w:p>
        </w:tc>
        <w:tc>
          <w:tcPr>
            <w:tcW w:type="dxa" w:w="1417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Total CHF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[1]</w:t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[Stk.]</w:t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[Bezeichnung]</w:t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[0.00]</w:t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[0.00]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13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4649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1417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669"/>
      </w:tblGrid>
      <w:tr>
        <w:tc>
          <w:tcPr>
            <w:tcW w:type="dxa" w:w="3969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Arbeit CHF:</w:t>
            </w:r>
          </w:p>
        </w:tc>
        <w:tc>
          <w:tcPr>
            <w:tcW w:type="dxa" w:w="5669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[0.00]</w:t>
            </w:r>
          </w:p>
        </w:tc>
      </w:tr>
      <w:tr>
        <w:tc>
          <w:tcPr>
            <w:tcW w:type="dxa" w:w="3969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Material CHF:</w:t>
            </w:r>
          </w:p>
        </w:tc>
        <w:tc>
          <w:tcPr>
            <w:tcW w:type="dxa" w:w="5669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[0.00]</w:t>
            </w:r>
          </w:p>
        </w:tc>
      </w:tr>
      <w:tr>
        <w:tc>
          <w:tcPr>
            <w:tcW w:type="dxa" w:w="3969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Rapport CHF (exkl. MWST):</w:t>
            </w:r>
          </w:p>
        </w:tc>
        <w:tc>
          <w:tcPr>
            <w:tcW w:type="dxa" w:w="5669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[0.00]</w:t>
            </w:r>
          </w:p>
        </w:tc>
      </w:tr>
    </w:tbl>
    <w:p>
      <w:pPr>
        <w:spacing w:after="40"/>
      </w:pPr>
    </w:p>
    <w:p>
      <w:pPr>
        <w:spacing w:after="60" w:before="160"/>
      </w:pPr>
      <w:r>
        <w:rPr>
          <w:b/>
          <w:i w:val="0"/>
          <w:color w:val="1F3A5F"/>
          <w:sz w:val="24"/>
        </w:rPr>
        <w:t>Bemerkungen</w:t>
      </w:r>
    </w:p>
    <w:p>
      <w:r>
        <w:rPr>
          <w:b w:val="0"/>
          <w:i w:val="0"/>
          <w:color w:val="6B6B6B"/>
          <w:sz w:val="20"/>
        </w:rPr>
        <w:t>[z. B. Anlage wieder betriebsbereit. Empfohlen: Kontrollservice in 6 Monaten.]</w:t>
      </w:r>
    </w:p>
    <w:p>
      <w:pPr>
        <w:spacing w:after="60" w:before="160"/>
      </w:pPr>
      <w:r>
        <w:rPr>
          <w:b/>
          <w:i w:val="0"/>
          <w:color w:val="1F3A5F"/>
          <w:sz w:val="24"/>
        </w:rPr>
        <w:t>Bestätigung Kunde</w:t>
      </w:r>
    </w:p>
    <w:p>
      <w:pPr>
        <w:spacing w:after="160"/>
      </w:pPr>
      <w:r>
        <w:rPr>
          <w:b w:val="0"/>
          <w:i w:val="0"/>
          <w:sz w:val="20"/>
        </w:rPr>
        <w:t>Die aufgeführten Arbeiten und Materialien wurden wie beschrieben ausgeführt bzw. geliefert.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118"/>
        <w:gridCol w:w="6520"/>
      </w:tblGrid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Name: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Datum: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Unterschrift Kunde: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  <w:tr>
        <w:tc>
          <w:tcPr>
            <w:tcW w:type="dxa" w:w="3118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Unterschrift Mitarbeiter/in:</w:t>
            </w:r>
          </w:p>
        </w:tc>
        <w:tc>
          <w:tcPr>
            <w:tcW w:type="dxa" w:w="6520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______________________________</w:t>
            </w:r>
          </w:p>
        </w:tc>
      </w:tr>
    </w:tbl>
    <w:p>
      <w:pPr>
        <w:spacing w:after="40"/>
      </w:pPr>
      <w:r>
        <w:br w:type="page"/>
      </w:r>
    </w:p>
    <w:p>
      <w:pPr>
        <w:spacing w:after="120"/>
      </w:pPr>
      <w:r>
        <w:rPr>
          <w:b/>
          <w:i w:val="0"/>
          <w:color w:val="1F3A5F"/>
          <w:sz w:val="30"/>
        </w:rPr>
        <w:t>Stundenrapport / Zeiterfassung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84"/>
        <w:gridCol w:w="7654"/>
      </w:tblGrid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Name: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[Name]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Firma: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[Firma]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Monat / Jahr: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[MM.JJJJ]</w:t>
            </w:r>
          </w:p>
        </w:tc>
      </w:tr>
      <w:tr>
        <w:tc>
          <w:tcPr>
            <w:tcW w:type="dxa" w:w="1984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Stundensatz CHF:</w:t>
            </w:r>
          </w:p>
        </w:tc>
        <w:tc>
          <w:tcPr>
            <w:tcW w:type="dxa" w:w="7654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[120.00]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"/>
        <w:gridCol w:w="2268"/>
        <w:gridCol w:w="3061"/>
        <w:gridCol w:w="850"/>
        <w:gridCol w:w="850"/>
        <w:gridCol w:w="794"/>
        <w:gridCol w:w="794"/>
      </w:tblGrid>
      <w:tr>
        <w:tc>
          <w:tcPr>
            <w:tcW w:type="dxa" w:w="102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Datum</w:t>
            </w:r>
          </w:p>
        </w:tc>
        <w:tc>
          <w:tcPr>
            <w:tcW w:type="dxa" w:w="2268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Kunde / Projekt</w:t>
            </w:r>
          </w:p>
        </w:tc>
        <w:tc>
          <w:tcPr>
            <w:tcW w:type="dxa" w:w="3061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Tätigkeit</w:t>
            </w:r>
          </w:p>
        </w:tc>
        <w:tc>
          <w:tcPr>
            <w:tcW w:type="dxa" w:w="85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Von</w:t>
            </w:r>
          </w:p>
        </w:tc>
        <w:tc>
          <w:tcPr>
            <w:tcW w:type="dxa" w:w="850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Bis</w:t>
            </w:r>
          </w:p>
        </w:tc>
        <w:tc>
          <w:tcPr>
            <w:tcW w:type="dxa" w:w="794"/>
            <w:shd w:val="clear" w:color="auto" w:fill="1F3A5F"/>
          </w:tcPr>
          <w:p>
            <w:pPr>
              <w:spacing w:after="20"/>
            </w:pPr>
            <w:r/>
            <w:r>
              <w:rPr>
                <w:b/>
                <w:color w:val="FFFFFF"/>
                <w:sz w:val="18"/>
              </w:rPr>
              <w:t>Pause</w:t>
            </w:r>
          </w:p>
        </w:tc>
        <w:tc>
          <w:tcPr>
            <w:tcW w:type="dxa" w:w="794"/>
            <w:shd w:val="clear" w:color="auto" w:fill="1F3A5F"/>
          </w:tcPr>
          <w:p>
            <w:pPr>
              <w:spacing w:after="20"/>
              <w:jc w:val="right"/>
            </w:pPr>
            <w:r/>
            <w:r>
              <w:rPr>
                <w:b/>
                <w:color w:val="FFFFFF"/>
                <w:sz w:val="18"/>
              </w:rPr>
              <w:t>Stunden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[TT.MM.]</w:t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[Kunde / Projekt]</w:t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[Tätigkeit]</w:t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[08:00]</w:t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[12:00]</w:t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  <w:t>[0.25]</w:t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  <w:t>[3.75]</w:t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  <w:tr>
        <w:trPr>
          <w:trHeight w:val="397"/>
        </w:trPr>
        <w:tc>
          <w:tcPr>
            <w:tcW w:type="dxa" w:w="102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2268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3061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850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</w:pPr>
            <w:r/>
            <w:r>
              <w:rPr>
                <w:b w:val="0"/>
                <w:sz w:val="18"/>
              </w:rPr>
            </w:r>
          </w:p>
        </w:tc>
        <w:tc>
          <w:tcPr>
            <w:tcW w:type="dxa" w:w="794"/>
          </w:tcPr>
          <w:p>
            <w:pPr>
              <w:spacing w:after="20"/>
              <w:jc w:val="right"/>
            </w:pPr>
            <w:r/>
            <w:r>
              <w:rPr>
                <w:b w:val="0"/>
                <w:sz w:val="18"/>
              </w:rPr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402"/>
        <w:gridCol w:w="6236"/>
      </w:tblGrid>
      <w:tr>
        <w:tc>
          <w:tcPr>
            <w:tcW w:type="dxa" w:w="3402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Stunden:</w:t>
            </w:r>
          </w:p>
        </w:tc>
        <w:tc>
          <w:tcPr>
            <w:tcW w:type="dxa" w:w="6236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402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Total CHF (Stunden × Satz):</w:t>
            </w:r>
          </w:p>
        </w:tc>
        <w:tc>
          <w:tcPr>
            <w:tcW w:type="dxa" w:w="6236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402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Visum Mitarbeiter/in:</w:t>
            </w:r>
          </w:p>
        </w:tc>
        <w:tc>
          <w:tcPr>
            <w:tcW w:type="dxa" w:w="6236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  <w:tr>
        <w:tc>
          <w:tcPr>
            <w:tcW w:type="dxa" w:w="3402"/>
          </w:tcPr>
          <w:p>
            <w:pPr>
              <w:spacing w:after="20"/>
            </w:pPr>
            <w:r/>
            <w:r>
              <w:rPr>
                <w:b/>
                <w:sz w:val="20"/>
              </w:rPr>
              <w:t>Visum Kunde / Vorgesetzte/r:</w:t>
            </w:r>
          </w:p>
        </w:tc>
        <w:tc>
          <w:tcPr>
            <w:tcW w:type="dxa" w:w="6236"/>
          </w:tcPr>
          <w:p>
            <w:pPr>
              <w:spacing w:after="20"/>
            </w:pPr>
            <w:r/>
            <w:r>
              <w:rPr>
                <w:b w:val="0"/>
                <w:sz w:val="20"/>
              </w:rPr>
              <w:t>______________</w:t>
            </w:r>
          </w:p>
        </w:tc>
      </w:tr>
    </w:tbl>
    <w:p>
      <w:pPr>
        <w:spacing w:after="40"/>
      </w:pPr>
    </w:p>
    <w:p>
      <w:r>
        <w:rPr>
          <w:b w:val="0"/>
          <w:i/>
          <w:color w:val="6B6B6B"/>
          <w:sz w:val="18"/>
        </w:rPr>
        <w:t>Stunden = (Bis − Von) − Pause. Pause in Dezimalstunden (30 Min. = 0.5). Die Excel-Version rechnet Stunden, Total sowie Wochen- und Monatssummen automatisch.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6B6B"/>
        <w:sz w:val="16"/>
      </w:rPr>
      <w:t>Vorlage erstellt mit Magic Heidi  ·  magicheidi.ch  ·  Schweizer Rechnungen in 60 Sekunden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Arbeitsrapport &amp; Stundenrapport Vorlage Schweiz</dc:title>
  <dc:subject>Arbeitsrapport (Einsatzformular) und Stundenrapport / Zeiterfassung mit automatischen Stunden- und Total-Formeln</dc:subject>
  <dc:creator>Magic Heidi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